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מילה מתאימה לתמונה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פשוטות המתחילות באותה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דומות בצליל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אַרְיֵה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אַרְנָב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אֲרוּחָה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אַרְיֵה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התמונה שליד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אריה הוא חיה גדולה וחזקה, מלך החיות.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תכונה ידועה של ארנב.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ארוחה היא הזמן שבו אוכלים, לא חיה.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מתחילות באות 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ההתאמה נעשית לפי שניהם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(חיה גדולה עם רעמה, מלך החיות)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(חיה קטנה עם אוזניים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שבו 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(ציור או צילום שעוזר להבין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(קבוצת מילים שמספרת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מתאים למשמעות המילה אריה, והמשפט כולל את המילה בצורה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או התלמידה מסבירים בקצרה את הקשר בין המילה לתמונה, למשל לפי צורה או 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אריה הוא חיה גדולה וארנב הוא חיה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שמתחילה באות א, למשל אבא או אוטו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התמונה עוזרת להבין ולזכור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תמונות אמיתיות של אריה וארנב לצד הדף כדי לחזק את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שמתקשים אפשר להתחיל מהתאמה של שתי אפשרויות בלבד, לפני מעבר לשלוש.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יחד בכיתה לפני שממלאים את הדף 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התאמה בין מילה לתמונה, ונלמד להבדיל בין מילים שמתחילות באותה אות אבל יש להן משמעות שונה.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לתמונה של חיה גדולה עם רעמה שחיה בג'ונגל?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לתמונה של חיה קטנה עם אוזניים ארוכות?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חָתוּל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למשהו שאוכלים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כל המילים אַרְיֵה, אַרְנָב, אֲרוּחָה מתחילות באותה אות. באיזו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של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מִשְׁפָּט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תְּמוּנָה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לנו להבין איזו מילה כתובה נכונה כשיש לנו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התמונה שליד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אַרְיֵה הוא חיה קטנה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אַרְנָב הוא חיה עם אוזניים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אֲרוּחָה היא שם של 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אַרְיֵה וְאַרְנָב מתחילות באותה 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להתאים מילה לתמונה צריך להסתכל גם במילה וגם בציור.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מלך החיות.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קופץ מהר ויש לו אוזניים ארוכות.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ה__________ אנחנו אוכלים ארוחת צהריים.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כשרואים __________ קל יותר להבין את המילה.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אריה, ארנב וארוחה מתחילות 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אַרְיֵה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שבו 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אַרְנָב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או צילום שעוזר להבין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אֲרוּחָה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מילים שמספרת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תְּמוּנָה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קטנה עם אוזניים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מִשְׁפָּט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חיה גדולה עם רעמה, מלך החיות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תמונה למילה אַרְיֵה וכתבו משפט קצר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מהדף (אריה, ארנב או ארוחה) והסבירו לחבר או לחברה למה היא מתאימה לתמונה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אַרְיֵה לְאַרְנָב?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נוספת שמתחילה באות 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בתמונה כשקוראים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מִלָּה וּתְמוּנָה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