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מִלָּה וּתְמוּנָה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איזו מילה מתאימה לתמונה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מילים פשוטות המתחילות באותה 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מילים דומות בצליל ובמשמעות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אַרְיֵה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אַרְנָב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אֲרוּחָה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אַרְיֵה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התמונה שליד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אריה הוא חיה גדולה וחזקה, מלך החיות.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תכונה ידועה של ארנב.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ארוחה היא הזמן שבו אוכלים, לא חיה.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 המילים מתחילות באות 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ההתאמה נעשית לפי שניהם יחד.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ארנב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(חיה גדולה עם רעמה, מלך החיות)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(חיה קטנה עם אוזניים ארוכות)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(זמן שבו אוכלים)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(ציור או צילום שעוזר להבין מילה)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(קבוצת מילים שמספרת 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הציור מתאים למשמעות המילה אריה, והמשפט כולל את המילה בצורה נכונה.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או התלמידה מסבירים בקצרה את הקשר בין המילה לתמונה, למשל לפי צורה או משמעות.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אריה הוא חיה גדולה וארנב הוא חיה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שמתחילה באות א, למשל אבא או אוטו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התמונה עוזרת להבין ולזכור את משמעות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כרטיסיות עם תמונות אמיתיות של אריה וארנב לצד הדף כדי לחזק את ההבנה.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ותלמידות שמתקשים אפשר להתחיל מהתאמה של שתי אפשרויות בלבד, לפני מעבר לשלוש.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המילים בקול יחד בכיתה לפני שממלאים את הדף לבד.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מִלָּה וּתְמוּנָה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להתאים מילה לתמונה. נקרא מילים קצרות ונבין מה הן אומרות.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אַרְיֵה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גדולה וחזקה, מלך החיות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אַרְנָב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קטנה עם אוזניים ארוכות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אֲרוּחָה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שבו אוכלים, כמו ארוחת צהריים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תְּמוּנָה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או צילום שרואים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מִשְׁפָּט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שמספרת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בכתב, כמו א, ב, 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הַתְאָמָה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ביחד שני דברים שמתאימים זה לזה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התאמת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שם של חיה גדולה וחזקה?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אַרְיֵה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אַרְנָב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אֲרוּחָה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כֶּלֶב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שם של חיה קטנה עם אוזניים ארוכות?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אֲרוּחָה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אַרְנָב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אַרְיֵה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חָתוּל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קשורה לאוכל?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אַרְיֵה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אַרְנָב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אֲרוּחָה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סֵפֶר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אות מתחילות שלוש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מתארת חיה?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אֲרוּחָה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אַרְיֵה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מִשְׁפָּט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תְּמוּנָה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עוזר להבין את המילה הנכונה?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הצבע של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התמונה שליד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המילה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האותיות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אַרְיֵה הוא חיה קטנה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אַרְנָב הוא חיה עם אוזניים ארוכות.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אֲרוּחָה היא שם של חיה.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אַרְיֵה וְאַרְנָב מתחילות באותה 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להתאים מילה לתמונה צריך להסתכל גם במילה וגם בציור.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מלך החיות.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קופץ מהר ויש לו אוזניים ארוכות.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בזמן ה__________ אנחנו אוכלים ארוחת צהריים.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כשרואים __________ קל יותר להבין את המילה.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המילים אריה, ארנב וארוחה מתחילות באות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אַרְיֵה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חיה קטנה עם אוזניים ארוכות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אַרְנָב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זמן שבו אוכלים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אֲרוּחָה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חיה גדולה עם רעמה, מלך החיות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תְּמוּנָה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מילים שמספרת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מִשְׁפָּט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ציור או צילום שעוזר להבין מילה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תמונה למילה אַרְיֵה וכתבו משפט קצר עליה.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מילה אחת מהדף (אריה, ארנב או ארוחה) והסבירו לחבר או לחברה למה היא מתאימה לתמונה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אַרְיֵה לְאַרְנָב?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נוספת שמתחילה באות א.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להסתכל בתמונה כשקוראים מילה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מִלָּה וּתְמוּנָה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