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מִלָּה וּתְמוּנָה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איזו מילה מתאימה לתמונה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מילים פשוטות המתחילות באותה 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מילים דומות בצליל ובמשמעות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אַרְיֵה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אַרְנָב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אֲרוּחָה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אריה הוא חיה גדולה וחזקה, מלך החיות.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תכונה ידועה של ארנב.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ארנב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(חיה גדולה עם רעמה, מלך החיות)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(חיה קטנה עם אוזניים ארוכות)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(זמן שבו אוכלים)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(ציור או צילום שעוזר להבין מילה)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הציור מתאים למשמעות המילה אריה, והמשפט כולל את המילה בצורה נכונה.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אריה הוא חיה גדולה וארנב הוא חיה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שמתחילה באות א, למשל אבא או אוטו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התמונה עוזרת להבין ולזכור את משמעות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כרטיסיות עם תמונות אמיתיות של אריה וארנב לצד הדף כדי לחזק את ההבנה.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ותלמידות שמתקשים אפשר להתחיל מהתאמה של שתי אפשרויות בלבד, לפני מעבר לשלוש.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המילים בקול יחד בכיתה לפני שממלאים את הדף לבד.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מִלָּה וּתְמוּנָה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התאמה בין מילה לתמונה, ונלמד להבדיל בין מילים שמתחילות באותה אות אבל יש להן משמעות שונה.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ארנב  ·  אריה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התאמת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מתאימה לתמונה של חיה גדולה עם רעמה שחיה בג'ונגל?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אַרְיֵה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אַרְנָב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אֲרוּחָה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מתאימה לתמונה של חיה קטנה עם אוזניים ארוכות?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אֲרוּחָה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אַרְנָב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אַרְיֵה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מתאימה למשהו שאוכלים בצהריים?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אַרְיֵה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אַרְנָב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אֲרוּחָה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אַרְיֵה הוא חיה קטנה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אַרְנָב הוא חיה עם אוזניים ארוכות.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מלך החיות.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קופץ מהר ויש לו אוזניים ארוכות.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אַרְיֵה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חיה קטנה עם אוזניים ארוכות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אַרְנָב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ציור או צילום שעוזר להבין 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אֲרוּחָה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חיה גדולה עם רעמה, מלך החיות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תְּמוּנָה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זמן שבו אוכלים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תמונה למילה אַרְיֵה וכתבו משפט קצר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אַרְיֵה לְאַרְנָב?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נוספת שמתחילה באות א.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מִלָּה וּתְמוּנָה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